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A86" w:rsidRPr="00550803" w:rsidRDefault="00724F0E" w:rsidP="00DD7DE4">
      <w:pPr>
        <w:pStyle w:val="Heading1"/>
        <w:spacing w:before="0"/>
        <w:jc w:val="center"/>
        <w:rPr>
          <w:rFonts w:cstheme="majorHAnsi"/>
          <w:color w:val="F79646" w:themeColor="accent6"/>
          <w:sz w:val="40"/>
          <w:szCs w:val="40"/>
        </w:rPr>
      </w:pPr>
      <w:r w:rsidRPr="00550803">
        <w:rPr>
          <w:rFonts w:cstheme="majorHAnsi"/>
          <w:color w:val="F79646" w:themeColor="accent6"/>
          <w:sz w:val="40"/>
          <w:szCs w:val="40"/>
        </w:rPr>
        <w:t>Rental Agreement</w:t>
      </w:r>
    </w:p>
    <w:p w:rsidR="00DD7DE4" w:rsidRPr="00724F0E" w:rsidRDefault="00DD7DE4" w:rsidP="00DD7DE4">
      <w:pPr>
        <w:spacing w:after="0"/>
        <w:rPr>
          <w:rFonts w:asciiTheme="majorHAnsi" w:hAnsiTheme="majorHAnsi" w:cstheme="majorHAnsi"/>
        </w:rPr>
      </w:pP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This Rental Agreement (the “Agreement”) is made and entered into on this ___ day of __________, 20___, by and between the following parties:</w:t>
      </w:r>
    </w:p>
    <w:p w:rsidR="00DD7DE4" w:rsidRPr="00724F0E" w:rsidRDefault="00DD7DE4" w:rsidP="00DD7DE4">
      <w:pPr>
        <w:spacing w:after="0"/>
        <w:rPr>
          <w:rFonts w:asciiTheme="majorHAnsi" w:hAnsiTheme="majorHAnsi" w:cstheme="majorHAnsi"/>
        </w:rPr>
      </w:pPr>
    </w:p>
    <w:p w:rsidR="00D63A86" w:rsidRPr="00724F0E" w:rsidRDefault="00724F0E" w:rsidP="00DD7DE4">
      <w:pPr>
        <w:pStyle w:val="ListBullet"/>
        <w:spacing w:after="0"/>
        <w:rPr>
          <w:rFonts w:asciiTheme="majorHAnsi" w:hAnsiTheme="majorHAnsi" w:cstheme="majorHAnsi"/>
        </w:rPr>
      </w:pPr>
      <w:r w:rsidRPr="00724F0E">
        <w:rPr>
          <w:rFonts w:asciiTheme="majorHAnsi" w:hAnsiTheme="majorHAnsi" w:cstheme="majorHAnsi"/>
        </w:rPr>
        <w:t>Landlord: _______________________________</w:t>
      </w:r>
    </w:p>
    <w:p w:rsidR="00D63A86" w:rsidRPr="00724F0E" w:rsidRDefault="00DD7DE4" w:rsidP="00DD7DE4">
      <w:pPr>
        <w:pStyle w:val="ListBullet"/>
        <w:spacing w:after="0"/>
        <w:rPr>
          <w:rFonts w:asciiTheme="majorHAnsi" w:hAnsiTheme="majorHAnsi" w:cstheme="majorHAnsi"/>
        </w:rPr>
      </w:pPr>
      <w:r w:rsidRPr="00724F0E">
        <w:rPr>
          <w:rFonts w:asciiTheme="majorHAnsi" w:hAnsiTheme="majorHAnsi" w:cstheme="majorHAnsi"/>
        </w:rPr>
        <w:t>Tenant:</w:t>
      </w:r>
      <w:r w:rsidR="00724F0E" w:rsidRPr="00724F0E">
        <w:rPr>
          <w:rFonts w:asciiTheme="majorHAnsi" w:hAnsiTheme="majorHAnsi" w:cstheme="majorHAnsi"/>
        </w:rPr>
        <w:t xml:space="preserve"> _______________________________</w:t>
      </w:r>
    </w:p>
    <w:p w:rsidR="00DD7DE4" w:rsidRPr="00724F0E" w:rsidRDefault="00DD7DE4" w:rsidP="00DD7DE4">
      <w:pPr>
        <w:pStyle w:val="Heading2"/>
        <w:spacing w:before="0"/>
        <w:rPr>
          <w:rFonts w:cstheme="majorHAnsi"/>
          <w:color w:val="auto"/>
        </w:rPr>
      </w:pPr>
    </w:p>
    <w:p w:rsidR="00D63A86" w:rsidRPr="00724F0E" w:rsidRDefault="00724F0E" w:rsidP="00DD7DE4">
      <w:pPr>
        <w:pStyle w:val="Heading2"/>
        <w:spacing w:before="0"/>
        <w:rPr>
          <w:rFonts w:cstheme="majorHAnsi"/>
          <w:color w:val="auto"/>
        </w:rPr>
      </w:pPr>
      <w:r w:rsidRPr="00724F0E">
        <w:rPr>
          <w:rFonts w:cstheme="majorHAnsi"/>
          <w:color w:val="auto"/>
        </w:rPr>
        <w:t>1. Property</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The Landlord hereby agrees to rent to the Tenant the residential property located at ________________________________________________________ (the “Property”).</w:t>
      </w:r>
    </w:p>
    <w:p w:rsidR="00DD7DE4" w:rsidRPr="00724F0E" w:rsidRDefault="00DD7DE4" w:rsidP="00DD7DE4">
      <w:pPr>
        <w:pStyle w:val="Heading2"/>
        <w:spacing w:before="0"/>
        <w:rPr>
          <w:rFonts w:cstheme="majorHAnsi"/>
          <w:color w:val="auto"/>
        </w:rPr>
      </w:pPr>
    </w:p>
    <w:p w:rsidR="00D63A86" w:rsidRPr="00724F0E" w:rsidRDefault="00724F0E" w:rsidP="00DD7DE4">
      <w:pPr>
        <w:pStyle w:val="Heading2"/>
        <w:spacing w:before="0"/>
        <w:rPr>
          <w:rFonts w:cstheme="majorHAnsi"/>
          <w:color w:val="auto"/>
        </w:rPr>
      </w:pPr>
      <w:r w:rsidRPr="00724F0E">
        <w:rPr>
          <w:rFonts w:cstheme="majorHAnsi"/>
          <w:color w:val="auto"/>
        </w:rPr>
        <w:t>2. Term</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The tenancy shall commence on the ___ day of __________, 20___, and shall continue until the ___ day of __________, 20___, unless terminated earlier in accordance with the terms of this Agreement.</w:t>
      </w:r>
    </w:p>
    <w:p w:rsidR="00DD7DE4" w:rsidRPr="00724F0E" w:rsidRDefault="00DD7DE4" w:rsidP="00DD7DE4">
      <w:pPr>
        <w:pStyle w:val="Heading2"/>
        <w:spacing w:before="0"/>
        <w:rPr>
          <w:rFonts w:cstheme="majorHAnsi"/>
          <w:color w:val="auto"/>
        </w:rPr>
      </w:pPr>
    </w:p>
    <w:p w:rsidR="00D63A86" w:rsidRPr="00724F0E" w:rsidRDefault="00724F0E" w:rsidP="00DD7DE4">
      <w:pPr>
        <w:pStyle w:val="Heading2"/>
        <w:spacing w:before="0"/>
        <w:rPr>
          <w:rFonts w:cstheme="majorHAnsi"/>
          <w:color w:val="auto"/>
        </w:rPr>
      </w:pPr>
      <w:r w:rsidRPr="00724F0E">
        <w:rPr>
          <w:rFonts w:cstheme="majorHAnsi"/>
          <w:color w:val="auto"/>
        </w:rPr>
        <w:t>3. Rent</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The Tenant agrees to pay the Landlord a monthly rent of $__________, due on the ___ day of each month. Payments shall be made by __________________________ (e.g., bank transfer, check, cash) to the Landlord.</w:t>
      </w:r>
    </w:p>
    <w:p w:rsidR="00DD7DE4" w:rsidRPr="00724F0E" w:rsidRDefault="00DD7DE4" w:rsidP="00DD7DE4">
      <w:pPr>
        <w:pStyle w:val="Heading2"/>
        <w:spacing w:before="0"/>
        <w:rPr>
          <w:rFonts w:cstheme="majorHAnsi"/>
          <w:color w:val="auto"/>
        </w:rPr>
      </w:pPr>
    </w:p>
    <w:p w:rsidR="00D63A86" w:rsidRPr="00724F0E" w:rsidRDefault="00724F0E" w:rsidP="00DD7DE4">
      <w:pPr>
        <w:pStyle w:val="Heading2"/>
        <w:spacing w:before="0"/>
        <w:rPr>
          <w:rFonts w:cstheme="majorHAnsi"/>
          <w:color w:val="auto"/>
        </w:rPr>
      </w:pPr>
      <w:r w:rsidRPr="00724F0E">
        <w:rPr>
          <w:rFonts w:cstheme="majorHAnsi"/>
          <w:color w:val="auto"/>
        </w:rPr>
        <w:t>4. Security Deposit</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The Tenant shall pay a security deposit of $__________ prior to moving in. The deposit shall be held by the Landlord as security for damages, unpaid rent, or breach of this Agreement. The deposit shall be returned within ___ days after the end of the tenancy, less any lawful deductions.</w:t>
      </w:r>
    </w:p>
    <w:p w:rsidR="00DD7DE4" w:rsidRPr="00724F0E" w:rsidRDefault="00DD7DE4" w:rsidP="00DD7DE4">
      <w:pPr>
        <w:pStyle w:val="Heading2"/>
        <w:spacing w:before="0"/>
        <w:rPr>
          <w:rFonts w:cstheme="majorHAnsi"/>
          <w:color w:val="auto"/>
        </w:rPr>
      </w:pPr>
    </w:p>
    <w:p w:rsidR="00D63A86" w:rsidRPr="00724F0E" w:rsidRDefault="00724F0E" w:rsidP="00DD7DE4">
      <w:pPr>
        <w:pStyle w:val="Heading2"/>
        <w:spacing w:before="0"/>
        <w:rPr>
          <w:rFonts w:cstheme="majorHAnsi"/>
          <w:color w:val="auto"/>
        </w:rPr>
      </w:pPr>
      <w:r w:rsidRPr="00724F0E">
        <w:rPr>
          <w:rFonts w:cstheme="majorHAnsi"/>
          <w:color w:val="auto"/>
        </w:rPr>
        <w:t>5. Maintenance and Repairs</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The Tenant agrees to maintain the Property in a clean and habitable condition and promptly report any needed repairs to the Landlord. The Landlord shall be responsible for major repairs not caused by the Tenant’s negligence or misuse.</w:t>
      </w:r>
    </w:p>
    <w:p w:rsidR="00DD7DE4" w:rsidRPr="00724F0E" w:rsidRDefault="00DD7DE4" w:rsidP="00DD7DE4">
      <w:pPr>
        <w:pStyle w:val="Heading2"/>
        <w:spacing w:before="0"/>
        <w:rPr>
          <w:rFonts w:cstheme="majorHAnsi"/>
          <w:color w:val="auto"/>
        </w:rPr>
      </w:pPr>
    </w:p>
    <w:p w:rsidR="00D63A86" w:rsidRPr="00724F0E" w:rsidRDefault="00724F0E" w:rsidP="00DD7DE4">
      <w:pPr>
        <w:pStyle w:val="Heading2"/>
        <w:spacing w:before="0"/>
        <w:rPr>
          <w:rFonts w:cstheme="majorHAnsi"/>
          <w:color w:val="auto"/>
        </w:rPr>
      </w:pPr>
      <w:r w:rsidRPr="00724F0E">
        <w:rPr>
          <w:rFonts w:cstheme="majorHAnsi"/>
          <w:color w:val="auto"/>
        </w:rPr>
        <w:t>6. Use of Property</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The Property shall be used solely for residential purposes and only by the persons listed in this Agreement. The Tenant shall not sublet, assign, or transfer any part of this tenancy without the Landlord’s prior written consent.</w:t>
      </w:r>
    </w:p>
    <w:p w:rsidR="00DD7DE4" w:rsidRPr="00724F0E" w:rsidRDefault="00DD7DE4" w:rsidP="00DD7DE4">
      <w:pPr>
        <w:pStyle w:val="Heading2"/>
        <w:spacing w:before="0"/>
        <w:rPr>
          <w:rFonts w:cstheme="majorHAnsi"/>
          <w:color w:val="auto"/>
        </w:rPr>
      </w:pPr>
    </w:p>
    <w:p w:rsidR="00D63A86" w:rsidRPr="00724F0E" w:rsidRDefault="00724F0E" w:rsidP="00DD7DE4">
      <w:pPr>
        <w:pStyle w:val="Heading2"/>
        <w:spacing w:before="0"/>
        <w:rPr>
          <w:rFonts w:cstheme="majorHAnsi"/>
          <w:color w:val="auto"/>
        </w:rPr>
      </w:pPr>
      <w:r w:rsidRPr="00724F0E">
        <w:rPr>
          <w:rFonts w:cstheme="majorHAnsi"/>
          <w:color w:val="auto"/>
        </w:rPr>
        <w:t>7. Utilities</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The Tenant shall be responsible for payment of utilities and services for the Property unless otherwise specified: ________________________________________________________.</w:t>
      </w:r>
    </w:p>
    <w:p w:rsidR="00D63A86" w:rsidRPr="00724F0E" w:rsidRDefault="00724F0E" w:rsidP="00DD7DE4">
      <w:pPr>
        <w:pStyle w:val="Heading2"/>
        <w:spacing w:before="0"/>
        <w:rPr>
          <w:rFonts w:cstheme="majorHAnsi"/>
          <w:color w:val="auto"/>
        </w:rPr>
      </w:pPr>
      <w:r w:rsidRPr="00724F0E">
        <w:rPr>
          <w:rFonts w:cstheme="majorHAnsi"/>
          <w:color w:val="auto"/>
        </w:rPr>
        <w:t>8. Rules and Regulations</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The Tenant agrees to comply with all Property rules, local laws, and homeowner association regulations (if applicable).</w:t>
      </w:r>
    </w:p>
    <w:p w:rsidR="00DD7DE4" w:rsidRPr="00724F0E" w:rsidRDefault="00DD7DE4" w:rsidP="00DD7DE4">
      <w:pPr>
        <w:pStyle w:val="Heading2"/>
        <w:spacing w:before="0"/>
        <w:rPr>
          <w:rFonts w:cstheme="majorHAnsi"/>
          <w:color w:val="auto"/>
        </w:rPr>
      </w:pPr>
    </w:p>
    <w:p w:rsidR="00D63A86" w:rsidRPr="00724F0E" w:rsidRDefault="00724F0E" w:rsidP="00DD7DE4">
      <w:pPr>
        <w:pStyle w:val="Heading2"/>
        <w:spacing w:before="0"/>
        <w:rPr>
          <w:rFonts w:cstheme="majorHAnsi"/>
          <w:color w:val="auto"/>
        </w:rPr>
      </w:pPr>
      <w:r w:rsidRPr="00724F0E">
        <w:rPr>
          <w:rFonts w:cstheme="majorHAnsi"/>
          <w:color w:val="auto"/>
        </w:rPr>
        <w:t>9. Termination</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Either party may terminate this Agreement by giving written notice of at least ___ days before the intended termination date. Upon termination, the Tenant shall vacate the Property, remove all personal belongings, and return all keys to the Landlord.</w:t>
      </w:r>
    </w:p>
    <w:p w:rsidR="00DD7DE4" w:rsidRPr="00724F0E" w:rsidRDefault="00DD7DE4" w:rsidP="00DD7DE4">
      <w:pPr>
        <w:pStyle w:val="Heading2"/>
        <w:spacing w:before="0"/>
        <w:rPr>
          <w:rFonts w:cstheme="majorHAnsi"/>
          <w:color w:val="auto"/>
        </w:rPr>
      </w:pPr>
    </w:p>
    <w:p w:rsidR="00D63A86" w:rsidRPr="00724F0E" w:rsidRDefault="00724F0E" w:rsidP="00DD7DE4">
      <w:pPr>
        <w:pStyle w:val="Heading2"/>
        <w:spacing w:before="0"/>
        <w:rPr>
          <w:rFonts w:cstheme="majorHAnsi"/>
          <w:color w:val="auto"/>
        </w:rPr>
      </w:pPr>
      <w:r w:rsidRPr="00724F0E">
        <w:rPr>
          <w:rFonts w:cstheme="majorHAnsi"/>
          <w:color w:val="auto"/>
        </w:rPr>
        <w:t>10. Governing Law</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This Agreement shall be governed by and construed in accordance with the laws of the State of __________________.</w:t>
      </w:r>
    </w:p>
    <w:p w:rsidR="00DD7DE4" w:rsidRPr="00724F0E" w:rsidRDefault="00DD7DE4" w:rsidP="00DD7DE4">
      <w:pPr>
        <w:pStyle w:val="Heading2"/>
        <w:spacing w:before="0"/>
        <w:rPr>
          <w:rFonts w:cstheme="majorHAnsi"/>
          <w:color w:val="auto"/>
        </w:rPr>
      </w:pPr>
    </w:p>
    <w:p w:rsidR="00D63A86" w:rsidRPr="00724F0E" w:rsidRDefault="00724F0E" w:rsidP="00DD7DE4">
      <w:pPr>
        <w:pStyle w:val="Heading2"/>
        <w:spacing w:before="0"/>
        <w:rPr>
          <w:rFonts w:cstheme="majorHAnsi"/>
          <w:color w:val="auto"/>
        </w:rPr>
      </w:pPr>
      <w:r w:rsidRPr="00724F0E">
        <w:rPr>
          <w:rFonts w:cstheme="majorHAnsi"/>
          <w:color w:val="auto"/>
        </w:rPr>
        <w:t>11. Entire Agreement</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This document constitutes the entire agreement between the parties. No oral statements or prior agreements shall have any force or effect.</w:t>
      </w:r>
    </w:p>
    <w:p w:rsidR="00DD7DE4" w:rsidRPr="00724F0E" w:rsidRDefault="00DD7DE4" w:rsidP="00DD7DE4">
      <w:pPr>
        <w:pStyle w:val="Heading2"/>
        <w:spacing w:before="0"/>
        <w:rPr>
          <w:rFonts w:cstheme="majorHAnsi"/>
          <w:color w:val="auto"/>
        </w:rPr>
      </w:pPr>
    </w:p>
    <w:p w:rsidR="00D63A86" w:rsidRPr="00724F0E" w:rsidRDefault="00724F0E" w:rsidP="00DD7DE4">
      <w:pPr>
        <w:pStyle w:val="Heading2"/>
        <w:spacing w:before="0"/>
        <w:rPr>
          <w:rFonts w:cstheme="majorHAnsi"/>
          <w:color w:val="auto"/>
        </w:rPr>
      </w:pPr>
      <w:r w:rsidRPr="00724F0E">
        <w:rPr>
          <w:rFonts w:cstheme="majorHAnsi"/>
          <w:color w:val="auto"/>
        </w:rPr>
        <w:t>Signatures</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br/>
        <w:t>Landlord Signature: __________________________</w:t>
      </w:r>
      <w:proofErr w:type="gramStart"/>
      <w:r w:rsidRPr="00724F0E">
        <w:rPr>
          <w:rFonts w:asciiTheme="majorHAnsi" w:hAnsiTheme="majorHAnsi" w:cstheme="majorHAnsi"/>
        </w:rPr>
        <w:t>_  Date</w:t>
      </w:r>
      <w:proofErr w:type="gramEnd"/>
      <w:r w:rsidRPr="00724F0E">
        <w:rPr>
          <w:rFonts w:asciiTheme="majorHAnsi" w:hAnsiTheme="majorHAnsi" w:cstheme="majorHAnsi"/>
        </w:rPr>
        <w:t>: ____________</w:t>
      </w:r>
    </w:p>
    <w:p w:rsidR="00D63A86" w:rsidRPr="00724F0E" w:rsidRDefault="00724F0E" w:rsidP="00DD7DE4">
      <w:pPr>
        <w:spacing w:after="0"/>
        <w:rPr>
          <w:rFonts w:asciiTheme="majorHAnsi" w:hAnsiTheme="majorHAnsi" w:cstheme="majorHAnsi"/>
        </w:rPr>
      </w:pPr>
      <w:r w:rsidRPr="00724F0E">
        <w:rPr>
          <w:rFonts w:asciiTheme="majorHAnsi" w:hAnsiTheme="majorHAnsi" w:cstheme="majorHAnsi"/>
        </w:rPr>
        <w:t>Tenant Signature: ___________________________</w:t>
      </w:r>
      <w:proofErr w:type="gramStart"/>
      <w:r w:rsidRPr="00724F0E">
        <w:rPr>
          <w:rFonts w:asciiTheme="majorHAnsi" w:hAnsiTheme="majorHAnsi" w:cstheme="majorHAnsi"/>
        </w:rPr>
        <w:t>_  Date</w:t>
      </w:r>
      <w:proofErr w:type="gramEnd"/>
      <w:r w:rsidRPr="00724F0E">
        <w:rPr>
          <w:rFonts w:asciiTheme="majorHAnsi" w:hAnsiTheme="majorHAnsi" w:cstheme="majorHAnsi"/>
        </w:rPr>
        <w:t>: ____________</w:t>
      </w:r>
    </w:p>
    <w:sectPr w:rsidR="00D63A86" w:rsidRPr="00724F0E" w:rsidSect="00040E3C">
      <w:pgSz w:w="12240" w:h="15840"/>
      <w:pgMar w:top="720" w:right="720" w:bottom="568"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useFELayout/>
  </w:compat>
  <w:rsids>
    <w:rsidRoot w:val="00B47730"/>
    <w:rsid w:val="00034616"/>
    <w:rsid w:val="00040E3C"/>
    <w:rsid w:val="0006063C"/>
    <w:rsid w:val="0015074B"/>
    <w:rsid w:val="0029639D"/>
    <w:rsid w:val="00314182"/>
    <w:rsid w:val="00326F90"/>
    <w:rsid w:val="00550803"/>
    <w:rsid w:val="00724F0E"/>
    <w:rsid w:val="00AA1D8D"/>
    <w:rsid w:val="00B47730"/>
    <w:rsid w:val="00CB0664"/>
    <w:rsid w:val="00D55BDA"/>
    <w:rsid w:val="00D63A86"/>
    <w:rsid w:val="00DD7DE4"/>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Agreement Template</dc:title>
  <dc:creator>www.codonfx.com</dc:creator>
  <cp:keywords>Rental Agreement Template</cp:keywords>
  <dc:description>generated by python-docx</dc:description>
  <cp:lastModifiedBy>user</cp:lastModifiedBy>
  <cp:revision>6</cp:revision>
  <dcterms:created xsi:type="dcterms:W3CDTF">2025-10-24T07:53:00Z</dcterms:created>
  <dcterms:modified xsi:type="dcterms:W3CDTF">2026-01-10T01:34:00Z</dcterms:modified>
</cp:coreProperties>
</file>